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כיתתי: שיח, רפלקציה ולשון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רפלקטיבית מובנית בנושאי חוסן ואחריות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ניסוח טיעונים קצרים ומנומקים בנושא מנהיגות כיתתית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לשוניות: משפחת מילים, הקשר, אסוציאציה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להרגיל תלמידים לכתוב משוב עצמי קצר וממוקד בסוף פעילות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חוסן אישי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לעבד ולהבין רגשות וחוויות אישיות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חשיבה אישית על חוויה ומשמעותה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חוסן אישי – הכרת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התבנית כוללת גם מה נותן כוח וגם מה עוזר להתמודד, לא רק קשיים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גורמי חוסן יכולים להיות פשוטים ויומיומיים, לא רק אירועים 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חוסן אישי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להתאושש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חוסן אישי – התאמת מצבים לקטגוריות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עוזר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(מה מקשה)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(מה נותן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נותן 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(מה מקשה)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אחריות אישית וחברתית – זיהוי והבחנה בין הסוגים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אני מכין/ה שיעורי בית בזמן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אני דואג/ת שלכולם בקבוצה יהיה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אחריות חברתית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אחריות אישית וחברתית – תרגול ודוגמאות מהכיתה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אחריות אישית - דאגה לרכוש ולסדר האישיים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תרומה לרווחת הקבוצה כולה ולא רק לעצמי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אחריות אישית וחברתית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אחריות אישית וחברתית – סיווג דוגמאות מהלוח הכיתתי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(אחריות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(אחריות חברתית)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(אחריות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(אחריות חברתית)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(אחריות אישית)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בחירות ומנהיגות כיתתית – מושגי יסוד בבחירת נציג/ה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קריטריון מגדיר מה חשוב לבדוק אצל מועמד/ת בהתאם לדרישות התפקיד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הבחירה צריכה להתבסס על יכולת לייצג את הכיתה ולפעול למענה, לא רק על פופולריות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בחירות ומנהיגות כיתתית – התאמת תכונות והשלמת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(ממלא/ת מטלות בזמן ועומד/ת בהתחייבויות)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(שומע/ת דעות שונות לפני קבלת החלטה)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(מציע/ה רעיונות חדשים לפתרון בעיות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בחירות ומנהיגות כיתתית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בחירות ומנהיגות כיתתית – מבנה נימוק תומך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ציינו את שם המועמד/ת ואת התפקיד שאליו הוא/היא מתמודד/ת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הציגו תכונה או יכולת מרכזית המתאימה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תנו דוגמה קונקרטית ממעשיו/ה של המועמד/ת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הסבירו כיצד התכונה תועיל לכיתה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לשון: מילה של היום – זיהוי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קבוצת מילים בעלות 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לשון: מילה של היום – תרגול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לכולן אותו שורש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להן שורש משותף, הדמיון רק בצליל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לשון: מילה של היום – השלמת מילים מהשורש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ר-ג-ש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רגש / מרגיש / הרגשה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לשון: מילה של היום – התאמת שורש למשפחה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(שמירה)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(כתיבה)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שפה וזהות: עולים ומילה חדשה – הכרת הפעילות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בשפת המוצא, תרגום ומשפט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שפה וזהות: עולים ומילה חדשה – הבנה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המטרה לשתף ולהכיר את שפת המוצא, לא לבחון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שפה וזהות: עולים ומילה חדשה – שדות התבנית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שפה וזהות: עולים ומילה חדשה – למה זה 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להראות את המילה בהקשר ולהבין את משמעותה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מעודדת סקרנות והכרה בשונות תרבותית ולשונית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פסקה כוללת דוגמה קונקרטית ולא רק הצהרה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לפחות שלוש מילים מאותו שורש עם הסבר קצר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פתק יציאה כולל משפט על הבנה, משפט על קושי ורעיון אחד להמשך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שיעורים, פרק אחד בכל פעם, ולסיים כל פרק בשיתוף קצר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משפט פתיחה מוכן להשלמה, ולמתקדמים לבקש גם נימוק או דוגמה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כתיבה אישית ושקטה לפני כל שיתוף פומבי, כדי לשמור על כנות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פרק הלשון מתאים גם כחימום קצר בתחילת שיעור, ללא קשר לשאר הפרקים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 שיתופי כיתתי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שיתופי כיתתי: שיח, רפלקציה ולשון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נתרגל לכתוב פתקים כמו בלוח הכיתתי. כתבו תשובות קצרות ואמיתיות. אפשר אחר כך לשתף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ולהמשיך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למעשים ולתוצאות שלי עצמי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חברתית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לקבוצה או לסביבה שסביבי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נציג/ה כיתתי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תלמיד/ה שנבחר/ה לייצג את הכיתה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שחולקות אותו שורש ומשמעות קרובה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אסוציאציה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או תמונה שעולה בראש מיד כששומעים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פתק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בסוף שיעור שמסכם למידה או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מחדש על חוויה או למידה כדי להפיק ממנה תובנה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רב-לשוניות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אדם או קבוצה מכירים כמה שפות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 כיתתי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משותפת של תלמידים סביב נושא מוגדר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חוסן אישי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על חוסן בלוח השיתופי?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אירוע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לעבד ולהבין רגשות וחוויות אישיות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לתרגל כללי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כתיבה רפלקטיבית?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יבש של עובדות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חשיבה אישית על חוויה ומשמעותה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העתקת דברי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כתיבה ללא התייחסות לרגשות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חוסן אישי – הכרת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החוסן עוסקת רק בקשיים, ללא התייחסות לדרכי התמודדות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אישי יכול להתבטא גם בדברים קטנים כמו שיחה עם 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חוסן אישי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חוסן אישי הוא היכולת להתמודד עם קשיים ו__________ מהם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חוסן אישי – התאמת מצבים לקטגוריות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שיחה עם חבר תומך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נותן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לחץ לפני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מקשה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תמיכת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עוזר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תחביב שאוהבים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נותן 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פחד מכישלון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מקשה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אחריות אישית וחברתית – זיהוי והבחנה בין הסוגים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דוגמה לאחריות על עצמי?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עוזר/ת לחבר שנעדר להשלים חומר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מכין/ה שיעורי בית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שומר/ת על ניקיון הכיתה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מתנדב/ת לוועדת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דוגמה לאחריות כלפי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מסדר/ת את החדר שלי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מגיע/ה בזמן לשיעור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דואג/ת שלכולם בקבוצה יהיה תפקיד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אני שומר/ת על התיק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המעשה הזה מראה?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אחריות אישית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אחריות חברתית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חוסר עניין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אחריות אישית וחברתית – תרגול ודוגמאות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הציוד האישי שלי בתיק היא דוגמה לאחריות חברתית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לדווח למורה כשרואים בעיה בכיתה היא ביטוי לאחריות חברתית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אחריות אישית וחברתית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אחריות __________ מתייחסת לדאגה לצרכים ולמעשים של עצמי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אחריות אישית וחברתית – סיווג דוגמאות מהלוח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משלים/ה שיעורים שפספסתי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אחריות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עוזר/ת לחבר להבין חומר 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אחריות חברתית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שומר/ת על הציוד שלי מסודר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אחריות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מתנדב/ת לנקות את הכיתה בסוף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אחריות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מגיע/ה בזמן לבחינה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אחריות חברתית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בחירות ומנהיגות כיתתית – מושגי יסוד בבחירת נציג/ה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קריטריון לבחירת נציג/ה כיתתי הוא תכונה או יכולת שרלוונטית לתפקיד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הבחירה בנציג/ה כיתתי צריכה להתבסס בעיקר על כמה חברים יש למועמד/ת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בחירות ומנהיגות כיתתית – התאמת תכונות והשלמת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שומע/ת דעות שונות לפני קבלת החלטה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מציע/ה רעיונות חדשים לפתרון בעיות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ממלא/ת מטלות בזמן ועומד/ת בהתחייבויות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בחירות ומנהיגות כיתתית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לייצג נאמנה את הכיתה, נציג/ה צריך/ה לפעול מתוך __________ ולא מתוך אינטרס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נימוק תומך במועמד/ת כולל תכונה, דוגמה קונקרטית ו__________ שמראה את התועלת לכיתה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בחירות ומנהיגות כיתתית – מבנה נימוק תומך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 דוגמה קונקרטית ממעשיו/ה של המועמד/ת בעבר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הסבירו כיצד התכונה תועיל לכיתה בפועל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הציגו תכונה או יכולת מרכזית המתאימה לתפקיד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ציינו את שם המועמד/ת ואת התפקיד שאליו הוא/היא מתמודד/ת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לשון: מילה של היום – זיהוי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'משפחת מילים'?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מילים בעלות 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קבוצת מילים הנרדפות במשמעותן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מילים המתחילות באותה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קבוצת מילים באותו משקל דקדוקי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קשורה ל'למד'?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לשון: מילה של היום – תרגול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'כתב', 'מכתב' ו'כתובת'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'ספר' ו'ספורט' שייכות לאותה משפחת 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לשון: מילה של היום – השלמת מילים מהשורש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'מורה' והמילה 'הוראה' שייכות לאותה משפחת מילים כי יש להן אותו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השלימו מילה נוספת מאותה משפחה: כותב, כתיבה,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השלימו מילה נוספת מאותה משפחה: לומד, לימוד,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'התרגשות'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מצאו מילה נוספת מהשורש ר-ג-ש: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לשון: מילה של היום – התאמת שורש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שפה וזהות: עולים ומילה חדשה – הכרת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מבקשת התבנית 'עולים – מילה חדשה' מהתלמיד/ה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בשפת המוצא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בשפת המוצא, תרגום ומשפט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תרגום לעברית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שלם בשפת המוצא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שדות מילוי מופיעים בתבנית 'מילה חדשה'?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שפה וזהות: עולים ומילה חדשה – הבנה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הפעילות היא לבדוק את רמת העברית של התלמיד/ה העולה.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הפעילות מתבצעת על לוח שיתופי שעליו כל התלמידים מוסיפים פתקים.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שפה וזהות: עולים ומילה חדשה – שדות התבנית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בתבנית משתפים מילה בשפת ה__________ של התלמיד/ה העולה.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שיתוף מילים משפות שונות בכיתה מסייע ליצור תחושת __________ והכלה.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שפה וזהות: עולים ומילה חדשה – למה זה עוזר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לבקש גם 'משפט קצר' ולא רק את המילה ותרגומה?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להקשות על התלמיד/ה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להראות את המילה בהקשר ולהבין את משמעותה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לבדוק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פעילות כזו יכולה לתרום לאקלים הכיתתי?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יוצרת תחרות בין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מעודדת סקרנות והכרה בשונות תרבותית ולשונית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מבטלת צורך ללמוד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השפעה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לכתוב פסקה רפלקטיבית ברורה על חוסן או אחריות עם דוגמה 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ידעתי לבנות משפחת מילים ולהסביר קשר בין המילים?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כתבתי פתק יציאה שממש משקף מה הבנתי ומה נשאר לי לא ברור?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שיתופי כיתתי: שיח, רפלקציה ולשון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