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כיתתי: שיח, רפלקציה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מובנית בנושאי חוסן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ניסוח טיעונים קצרים ומנומקים בנושא מנהיגות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לשוניות: משפחת מילים, הקשר, אסוציאציה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להרגיל תלמידים לכתוב משוב עצמי קצר וממוקד בסוף פעילות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חוסן אישי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לעבד ולהבין רגשות וחוויות 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חשיבה אישית על חוויה ומשמעותה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חוסן אישי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התבנית כוללת גם מה נותן כוח וגם מה עוזר להתמודד, לא רק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גורמי חוסן יכולים להיות פשוטים ויומיומיים, לא רק אירועים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חוסן אישי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להתאושש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חוסן אישי – התאמת מצבים לקטגוריות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עוזר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מקשה)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נותן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נותן כוח)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אחריות אישית וחברתית – זיהוי והבחנה בין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 מכין/ה שיעורי בית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אני דואג/ת שלכולם בקבוצה יהיה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אחריות אישית וחברתית – תרגול ודוגמאות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אחריות אישית - דאגה לרכוש ולסדר האישיים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תרומה לרווחת הקבוצה כולה ולא רק לעצמי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אחריות אישית וחברתית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אחריות אישית וחברתית – סיווג דוגמאות מהלוח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(אחריות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(אחריות חברתית)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(אחריות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(אחריות חברתית)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בחירות ומנהיגות כיתתית – מושגי יסוד בבחירת נציג/ה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קריטריון מגדיר מה חשוב לבדוק אצל מועמד/ת בהתאם לדרישות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הבחירה צריכה להתבסס על יכולת לייצג את הכיתה ולפעול למענה, לא רק על פופולריות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בחירות ומנהיגות כיתתית – התאמת תכונות והשלמת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(ממלא/ת מטלות בזמן ועומד/ת בהתחייבויות)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(שומע/ת דעות שונות לפני קבלת החלטה)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(מציע/ה רעיונות חדשים לפתרון בעיות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בחירות ומנהיגות כיתתית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בחירות ומנהיגות כיתתית – מבנה נימוק תומך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ציינו את שם המועמד/ת ואת התפקיד שאליו הוא/היא מתמודד/ת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הציגו תכונה או יכולת מרכזית המתאימה לתפקיד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מילה של היום – זיהוי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מילים בעלות 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מילה של היום – תרגול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לכולן אותו שורש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להן שורש משותף, הדמיון רק בצליל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מילה של היום – השלמת מילים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לשון: מילה של היום – התאמת שורש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(לימוד)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שפה וזהות: עולים ומילה חדשה – הכרת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בשפת המוצא, תרגום ומשפט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שפה וזהות: עולים ומילה חדשה – הבנה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לשתף ולהכיר את שפת המוצא, לא לבחון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שפה וזהות: עולים ומילה חדשה – שדות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שפה וזהות: עולים ומילה חדשה – למה זה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להראות את המילה בהקשר ולהבין את משמעותה טוב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פסקה כוללת דוגמה קונקרטית ולא רק הצהרה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שלוש מילים מאותו שורש עם הסבר קצר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פתק יציאה כולל משפט על הבנה, משפט על קושי ורעיון אחד להמשך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שיעורים, פרק אחד בכל פעם, ולסיים כל פרק בשיתוף קצר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משפט פתיחה מוכן להשלמה, ולמתקדמים לבקש גם נימוק או דוגמה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כתיבה אישית ושקטה לפני כל שיתוף פומבי, כדי לשמור על כנות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הלשון מתאים גם כחימום קצר בתחילת שיעור, ללא קשר לשאר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כיתתי: שיח, רפלקציה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בכתב את סוגי הפתקים שאפשר להוסיף ללוח השיתופי בכיתה: מחוסן ואחריות ועד מילים חדשות ומשוב. כתבו תשובות אישיות ואמיתיות, ואם תרצו – שתפו אותן בעל פה או על לוח כיתתי בהמשך.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להתאושש  ·  אחריות  ·  שייכות  ·  שורש  ·  מכתב  ·  אישית  ·  מוצא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חוסן אישי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תבנית החוסן בלוח השיתופי מתמקדת בשלושה חלקים: מה נותן כוח, מה מקשה, ומה עוזר להתמודד. מה המטרה המרכזית של כתיבה כזו?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אירוע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לעבד ולהבין רגשות וחוויות 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לתרגל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משפט מתאר נכון כתיבה רפלקטיבית?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יבש של עובדות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חשיבה אישית על חוויה ומשמעותה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העתקת דברי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חוסן אישי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תבנית החוסן עוסקת רק בקשיים, ללא התייחסות לדרכי התמודדות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חוסן אישי יכול להתבטא גם בדברים קטנים כמו שיחה עם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חוסן אישי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חוסן אישי הוא היכולת להתמודד עם קשיים ו__________ מהם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חוסן אישי – התאמת מצבים לקטגוריות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שיחה עם חבר תומך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מקשה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לחץ לפני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נותן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תמיכת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עוזר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תחביב שאוהבים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נותן 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אחריות אישית וחברתית – זיהוי והבחנה בין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מהמשפטים הבאים מבטא אחריות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 עוזר/ת לחבר שנעדר להשלים חומר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מכין/ה שיעורי בית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שומר/ת על ניקיון הכיתה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מהמשפטים הבאים מבטא אחריות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 מסדר/ת את החדר שלי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מגיע/ה בזמן לשיעור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דואג/ת שלכולם בקבוצה יהיה תפקיד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אחריות אישית וחברתית – תרגול ודוגמאות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לשמור על הציוד האישי שלי בתיק היא דוגמה לאחריות חברתית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לדווח למורה כשרואים בעיה בכיתה היא ביטוי לאחריות חברתית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אחריות אישית וחברתית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אחריות __________ מתייחסת לדאגה לצרכים ולמעשים של עצמי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אחריות אישית וחברתית – סיווג דוגמאות מהלוח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משלים/ה שיעורים שפספסתי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אחריות חברתית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עוזר/ת לחבר להבין חומר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אחריות חברתית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שומר/ת על הציוד שלי מסודר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אחריות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מתנדב/ת לנקות את הכיתה בסוף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אחריות 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בחירות ומנהיגות כיתתית – מושגי יסוד בבחירת נציג/ה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קריטריון לבחירת נציג/ה כיתתי הוא תכונה או יכולת שרלוונטית לתפקיד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הבחירה בנציג/ה כיתתי צריכה להתבסס בעיקר על כמה חברים יש למועמד/ת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בחירות ומנהיגות כיתתית – התאמת תכונות והשלמת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שומע/ת דעות שונות לפני קבלת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מציע/ה רעיונות חדשים לפתרון בעיות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ממלא/ת מטלות בזמן ועומד/ת בהתחייבויות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בחירות ומנהיגות כיתתית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לייצג נאמנה את הכיתה, נציג/ה צריך/ה לפעול מתוך __________ ולא מתוך אינטרס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בחירות ומנהיגות כיתתית – מבנה נימוק תומך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הציגו תכונה או יכולת מרכזית המתאימה לתפקיד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ציינו את שם המועמד/ת ואת התפקיד שאליו הוא/היא מתמודד/ת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לשון: מילה של היום – זיהוי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הביטוי 'משפחת מילים'?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קבוצת מילים בעלות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קבוצת מילים הנרדפות במשמעותן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קבוצת מילים המתחילות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שייכת למשפחת המילים של 'למד'?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לשון: מילה של היום – תרגול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'כתב', 'מכתב' ו'כתובת'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'ספר' ו'ספורט'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לשון: מילה של היום – השלמת מילים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'מורה' והמילה 'הוראה' שייכות לאותה משפחת מילים כי יש להן אותו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השלימו מילה נוספת מאותה משפחה: כותב, כתיבה,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לשון: מילה של היום – התאמת שורש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שפה וזהות: עולים ומילה חדשה – הכרת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מבקשת התבנית 'עולים – מילה חדשה' מהתלמיד/ה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בשפת המוצא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בשפת המוצא, תרגום ומשפט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תרגום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שדות מילוי מופיעים בתבנית 'מילה חדשה'?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שפה וזהות: עולים ומילה חדשה – הבנה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הפעילות היא לבדוק את רמת העברית של התלמיד/ה העולה.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הפעילות מתבצעת על לוח שיתופי שעליו כל התלמידים מוסיפים פתקים.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שפה וזהות: עולים ומילה חדשה – שדות 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בתבנית משתפים מילה בשפת ה__________ של התלמיד/ה העולה.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שיתוף מילים משפות שונות בכיתה מסייע ליצור תחושת __________ והכלה.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5 · שפה וזהות: עולים ומילה חדשה – למה זה עוזר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לבקש גם 'משפט קצר' ולא רק את המילה ותרגומה?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להקשות על התלמיד/ה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להראות את המילה בהקשר ולהבין את משמעותה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לבדוק דקדוק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לכתוב פסקה רפלקטיבית ברורה על חוסן או אחריות עם דוגמה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ידעתי לבנות משפחת מילים ולהסביר קשר בין המילים?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שיתופי כיתתי: שיח, רפלקציה ולשון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